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Calibri" w:hAnsi="Calibri"/>
          <w:b/>
          <w:i w:val="0"/>
          <w:color w:val="6B707A"/>
          <w:sz w:val="19"/>
        </w:rPr>
        <w:t>How to use this template</w:t>
      </w:r>
    </w:p>
    <w:p>
      <w:pPr>
        <w:spacing w:before="0" w:after="20"/>
      </w:pPr>
      <w:r>
        <w:rPr>
          <w:rFonts w:ascii="Calibri" w:hAnsi="Calibri"/>
          <w:b w:val="0"/>
          <w:i w:val="0"/>
          <w:color w:val="6B707A"/>
          <w:sz w:val="18"/>
        </w:rPr>
        <w:t>•  Ersetze alle [Platzhalter] durch deine Angaben und lösche danach die Hinweise.</w:t>
      </w:r>
    </w:p>
    <w:p>
      <w:pPr>
        <w:spacing w:before="0" w:after="20"/>
      </w:pPr>
      <w:r>
        <w:rPr>
          <w:rFonts w:ascii="Calibri" w:hAnsi="Calibri"/>
          <w:b w:val="0"/>
          <w:i w:val="0"/>
          <w:color w:val="6B707A"/>
          <w:sz w:val="18"/>
        </w:rPr>
        <w:t>•  Ein tabellarischer Lebenslauf ist in Deutschland Standard: links das Datum, rechts die Details, max. 1–2 Seiten.</w:t>
      </w:r>
    </w:p>
    <w:p>
      <w:pPr>
        <w:spacing w:before="0" w:after="20"/>
      </w:pPr>
      <w:r>
        <w:rPr>
          <w:rFonts w:ascii="Calibri" w:hAnsi="Calibri"/>
          <w:b w:val="0"/>
          <w:i w:val="0"/>
          <w:color w:val="6B707A"/>
          <w:sz w:val="18"/>
        </w:rPr>
        <w:t>•  Foto, Geburtsdatum und Familienstand sind FREIWILLIG (AGG) — nur angeben, wenn du möchtest.</w:t>
      </w:r>
    </w:p>
    <w:p>
      <w:pPr>
        <w:spacing w:before="0" w:after="20"/>
      </w:pPr>
      <w:r>
        <w:rPr>
          <w:rFonts w:ascii="Calibri" w:hAnsi="Calibri"/>
          <w:b w:val="0"/>
          <w:i w:val="0"/>
          <w:color w:val="6B707A"/>
          <w:sz w:val="18"/>
        </w:rPr>
        <w:t>•  Als PDF speichern und mit 'Ort, Datum' sowie Unterschrift abschließen.</w:t>
      </w:r>
    </w:p>
    <w:p>
      <w:pPr>
        <w:spacing w:before="0" w:after="120"/>
      </w:pPr>
    </w:p>
    <w:p>
      <w:pPr>
        <w:spacing w:before="0" w:after="40"/>
      </w:pPr>
      <w:r>
        <w:rPr>
          <w:rFonts w:ascii="Calibri" w:hAnsi="Calibri"/>
          <w:b/>
          <w:i w:val="0"/>
          <w:color w:val="11141A"/>
          <w:sz w:val="44"/>
        </w:rPr>
        <w:t>Lebenslauf</w:t>
      </w:r>
    </w:p>
    <w:p>
      <w:pPr>
        <w:spacing w:before="0" w:after="160"/>
      </w:pPr>
      <w:r>
        <w:rPr>
          <w:rFonts w:ascii="Calibri" w:hAnsi="Calibri"/>
          <w:b/>
          <w:i w:val="0"/>
          <w:color w:val="11141A"/>
          <w:sz w:val="26"/>
        </w:rPr>
        <w:t>[Vorname Nachname]</w:t>
      </w:r>
    </w:p>
    <w:p>
      <w:pPr>
        <w:spacing w:before="240" w:after="60"/>
        <w:pBdr>
          <w:bottom w:val="single" w:sz="6" w:space="2" w:color="AAAAAA"/>
        </w:pBdr>
      </w:pPr>
      <w:r>
        <w:rPr>
          <w:rFonts w:ascii="Calibri" w:hAnsi="Calibri"/>
          <w:b/>
          <w:i w:val="0"/>
          <w:color w:val="3A6B00"/>
          <w:sz w:val="22"/>
        </w:rPr>
        <w:t>PERSÖNLICHE DATEN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304"/>
        <w:gridCol w:w="7344"/>
      </w:tblGrid>
      <w:tr>
        <w:tc>
          <w:tcPr>
            <w:tcW w:type="dxa" w:w="2304"/>
          </w:tcPr>
          <w:p>
            <w:pPr>
              <w:spacing w:before="120" w:after="40"/>
            </w:pPr>
            <w:r>
              <w:rPr>
                <w:rFonts w:ascii="Calibri" w:hAnsi="Calibri"/>
                <w:b w:val="0"/>
                <w:i/>
                <w:color w:val="6B707A"/>
                <w:sz w:val="19"/>
              </w:rPr>
              <w:t>Adresse</w:t>
            </w:r>
          </w:p>
        </w:tc>
        <w:tc>
          <w:tcPr>
            <w:tcW w:type="dxa" w:w="7344"/>
          </w:tcPr>
          <w:p>
            <w:pPr>
              <w:spacing w:before="120" w:after="40" w:line="269" w:lineRule="auto"/>
            </w:pPr>
            <w:r>
              <w:rPr>
                <w:rFonts w:ascii="Calibri" w:hAnsi="Calibri"/>
                <w:b w:val="0"/>
                <w:i w:val="0"/>
                <w:color w:val="11141A"/>
                <w:sz w:val="21"/>
              </w:rPr>
              <w:t>[Straße Nr., PLZ Ort]</w:t>
            </w:r>
          </w:p>
        </w:tc>
      </w:tr>
      <w:tr>
        <w:tc>
          <w:tcPr>
            <w:tcW w:type="dxa" w:w="2304"/>
          </w:tcPr>
          <w:p>
            <w:pPr>
              <w:spacing w:before="120" w:after="40"/>
            </w:pPr>
            <w:r>
              <w:rPr>
                <w:rFonts w:ascii="Calibri" w:hAnsi="Calibri"/>
                <w:b w:val="0"/>
                <w:i/>
                <w:color w:val="6B707A"/>
                <w:sz w:val="19"/>
              </w:rPr>
              <w:t>Telefon</w:t>
            </w:r>
          </w:p>
        </w:tc>
        <w:tc>
          <w:tcPr>
            <w:tcW w:type="dxa" w:w="7344"/>
          </w:tcPr>
          <w:p>
            <w:pPr>
              <w:spacing w:before="120" w:after="40" w:line="269" w:lineRule="auto"/>
            </w:pPr>
            <w:r>
              <w:rPr>
                <w:rFonts w:ascii="Calibri" w:hAnsi="Calibri"/>
                <w:b w:val="0"/>
                <w:i w:val="0"/>
                <w:color w:val="11141A"/>
                <w:sz w:val="21"/>
              </w:rPr>
              <w:t>[+49 …]</w:t>
            </w:r>
          </w:p>
        </w:tc>
      </w:tr>
      <w:tr>
        <w:tc>
          <w:tcPr>
            <w:tcW w:type="dxa" w:w="2304"/>
          </w:tcPr>
          <w:p>
            <w:pPr>
              <w:spacing w:before="120" w:after="40"/>
            </w:pPr>
            <w:r>
              <w:rPr>
                <w:rFonts w:ascii="Calibri" w:hAnsi="Calibri"/>
                <w:b w:val="0"/>
                <w:i/>
                <w:color w:val="6B707A"/>
                <w:sz w:val="19"/>
              </w:rPr>
              <w:t>E-Mail</w:t>
            </w:r>
          </w:p>
        </w:tc>
        <w:tc>
          <w:tcPr>
            <w:tcW w:type="dxa" w:w="7344"/>
          </w:tcPr>
          <w:p>
            <w:pPr>
              <w:spacing w:before="120" w:after="40" w:line="269" w:lineRule="auto"/>
            </w:pPr>
            <w:r>
              <w:rPr>
                <w:rFonts w:ascii="Calibri" w:hAnsi="Calibri"/>
                <w:b w:val="0"/>
                <w:i w:val="0"/>
                <w:color w:val="11141A"/>
                <w:sz w:val="21"/>
              </w:rPr>
              <w:t>[email@example.com]</w:t>
            </w:r>
          </w:p>
        </w:tc>
      </w:tr>
      <w:tr>
        <w:tc>
          <w:tcPr>
            <w:tcW w:type="dxa" w:w="2304"/>
          </w:tcPr>
          <w:p>
            <w:pPr>
              <w:spacing w:before="120" w:after="40"/>
            </w:pPr>
            <w:r>
              <w:rPr>
                <w:rFonts w:ascii="Calibri" w:hAnsi="Calibri"/>
                <w:b w:val="0"/>
                <w:i/>
                <w:color w:val="6B707A"/>
                <w:sz w:val="19"/>
              </w:rPr>
              <w:t>Geburtsdatum</w:t>
            </w:r>
          </w:p>
        </w:tc>
        <w:tc>
          <w:tcPr>
            <w:tcW w:type="dxa" w:w="7344"/>
          </w:tcPr>
          <w:p>
            <w:pPr>
              <w:spacing w:before="120" w:after="40" w:line="269" w:lineRule="auto"/>
            </w:pPr>
            <w:r>
              <w:rPr>
                <w:rFonts w:ascii="Calibri" w:hAnsi="Calibri"/>
                <w:b w:val="0"/>
                <w:i w:val="0"/>
                <w:color w:val="11141A"/>
                <w:sz w:val="21"/>
              </w:rPr>
              <w:t>[TT.MM.JJJJ] (freiwillig)</w:t>
            </w:r>
          </w:p>
        </w:tc>
      </w:tr>
      <w:tr>
        <w:tc>
          <w:tcPr>
            <w:tcW w:type="dxa" w:w="2304"/>
          </w:tcPr>
          <w:p>
            <w:pPr>
              <w:spacing w:before="120" w:after="40"/>
            </w:pPr>
            <w:r>
              <w:rPr>
                <w:rFonts w:ascii="Calibri" w:hAnsi="Calibri"/>
                <w:b w:val="0"/>
                <w:i/>
                <w:color w:val="6B707A"/>
                <w:sz w:val="19"/>
              </w:rPr>
              <w:t>Staatsangeh.</w:t>
            </w:r>
          </w:p>
        </w:tc>
        <w:tc>
          <w:tcPr>
            <w:tcW w:type="dxa" w:w="7344"/>
          </w:tcPr>
          <w:p>
            <w:pPr>
              <w:spacing w:before="120" w:after="40" w:line="269" w:lineRule="auto"/>
            </w:pPr>
            <w:r>
              <w:rPr>
                <w:rFonts w:ascii="Calibri" w:hAnsi="Calibri"/>
                <w:b w:val="0"/>
                <w:i w:val="0"/>
                <w:color w:val="11141A"/>
                <w:sz w:val="21"/>
              </w:rPr>
              <w:t>[Staatsangehörigkeit] (freiwillig)</w:t>
            </w:r>
          </w:p>
        </w:tc>
      </w:tr>
    </w:tbl>
    <w:p>
      <w:pPr>
        <w:spacing w:before="240" w:after="60"/>
        <w:pBdr>
          <w:bottom w:val="single" w:sz="6" w:space="2" w:color="AAAAAA"/>
        </w:pBdr>
      </w:pPr>
      <w:r>
        <w:rPr>
          <w:rFonts w:ascii="Calibri" w:hAnsi="Calibri"/>
          <w:b/>
          <w:i w:val="0"/>
          <w:color w:val="3A6B00"/>
          <w:sz w:val="22"/>
        </w:rPr>
        <w:t>BERUFSERFAHRUNG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304"/>
        <w:gridCol w:w="7344"/>
      </w:tblGrid>
      <w:tr>
        <w:tc>
          <w:tcPr>
            <w:tcW w:type="dxa" w:w="2304"/>
          </w:tcPr>
          <w:p>
            <w:pPr>
              <w:spacing w:before="120" w:after="40"/>
            </w:pPr>
            <w:r>
              <w:rPr>
                <w:rFonts w:ascii="Calibri" w:hAnsi="Calibri"/>
                <w:b w:val="0"/>
                <w:i/>
                <w:color w:val="6B707A"/>
                <w:sz w:val="19"/>
              </w:rPr>
              <w:t>[MM/JJJJ – heute]</w:t>
            </w:r>
          </w:p>
        </w:tc>
        <w:tc>
          <w:tcPr>
            <w:tcW w:type="dxa" w:w="7344"/>
          </w:tcPr>
          <w:p>
            <w:pPr>
              <w:spacing w:before="120" w:after="40" w:line="269" w:lineRule="auto"/>
            </w:pPr>
            <w:r>
              <w:rPr>
                <w:rFonts w:ascii="Calibri" w:hAnsi="Calibri"/>
                <w:b/>
                <w:i w:val="0"/>
                <w:color w:val="11141A"/>
                <w:sz w:val="21"/>
              </w:rPr>
              <w:t>[Position]</w:t>
            </w:r>
          </w:p>
          <w:p>
            <w:pPr>
              <w:spacing w:before="0" w:after="40" w:line="269" w:lineRule="auto"/>
            </w:pPr>
            <w:r>
              <w:rPr>
                <w:rFonts w:ascii="Calibri" w:hAnsi="Calibri"/>
                <w:b w:val="0"/>
                <w:i w:val="0"/>
                <w:color w:val="11141A"/>
                <w:sz w:val="21"/>
              </w:rPr>
              <w:t>[Unternehmen, Ort]</w:t>
            </w:r>
          </w:p>
          <w:p>
            <w:pPr>
              <w:spacing w:before="0" w:after="40" w:line="269" w:lineRule="auto"/>
            </w:pPr>
            <w:r>
              <w:rPr>
                <w:rFonts w:ascii="Calibri" w:hAnsi="Calibri"/>
                <w:b w:val="0"/>
                <w:i w:val="0"/>
                <w:color w:val="11141A"/>
                <w:sz w:val="21"/>
              </w:rPr>
              <w:t>[Aufgabe/Erfolg mit konkretem Ergebnis]</w:t>
            </w:r>
          </w:p>
        </w:tc>
      </w:tr>
      <w:tr>
        <w:tc>
          <w:tcPr>
            <w:tcW w:type="dxa" w:w="2304"/>
          </w:tcPr>
          <w:p>
            <w:pPr>
              <w:spacing w:before="120" w:after="40"/>
            </w:pPr>
            <w:r>
              <w:rPr>
                <w:rFonts w:ascii="Calibri" w:hAnsi="Calibri"/>
                <w:b w:val="0"/>
                <w:i/>
                <w:color w:val="6B707A"/>
                <w:sz w:val="19"/>
              </w:rPr>
              <w:t>[MM/JJJJ – MM/JJJJ]</w:t>
            </w:r>
          </w:p>
        </w:tc>
        <w:tc>
          <w:tcPr>
            <w:tcW w:type="dxa" w:w="7344"/>
          </w:tcPr>
          <w:p>
            <w:pPr>
              <w:spacing w:before="120" w:after="40" w:line="269" w:lineRule="auto"/>
            </w:pPr>
            <w:r>
              <w:rPr>
                <w:rFonts w:ascii="Calibri" w:hAnsi="Calibri"/>
                <w:b/>
                <w:i w:val="0"/>
                <w:color w:val="11141A"/>
                <w:sz w:val="21"/>
              </w:rPr>
              <w:t>[Praktikum / frühere Stelle]</w:t>
            </w:r>
          </w:p>
          <w:p>
            <w:pPr>
              <w:spacing w:before="0" w:after="40" w:line="269" w:lineRule="auto"/>
            </w:pPr>
            <w:r>
              <w:rPr>
                <w:rFonts w:ascii="Calibri" w:hAnsi="Calibri"/>
                <w:b w:val="0"/>
                <w:i w:val="0"/>
                <w:color w:val="11141A"/>
                <w:sz w:val="21"/>
              </w:rPr>
              <w:t>[Unternehmen, Ort]</w:t>
            </w:r>
          </w:p>
          <w:p>
            <w:pPr>
              <w:spacing w:before="0" w:after="40" w:line="269" w:lineRule="auto"/>
            </w:pPr>
            <w:r>
              <w:rPr>
                <w:rFonts w:ascii="Calibri" w:hAnsi="Calibri"/>
                <w:b w:val="0"/>
                <w:i w:val="0"/>
                <w:color w:val="11141A"/>
                <w:sz w:val="21"/>
              </w:rPr>
              <w:t>[Was du erreicht hast — mit Zahl, wenn möglich]</w:t>
            </w:r>
          </w:p>
        </w:tc>
      </w:tr>
    </w:tbl>
    <w:p>
      <w:pPr>
        <w:spacing w:before="240" w:after="60"/>
        <w:pBdr>
          <w:bottom w:val="single" w:sz="6" w:space="2" w:color="AAAAAA"/>
        </w:pBdr>
      </w:pPr>
      <w:r>
        <w:rPr>
          <w:rFonts w:ascii="Calibri" w:hAnsi="Calibri"/>
          <w:b/>
          <w:i w:val="0"/>
          <w:color w:val="3A6B00"/>
          <w:sz w:val="22"/>
        </w:rPr>
        <w:t>PROJEKTE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304"/>
        <w:gridCol w:w="7344"/>
      </w:tblGrid>
      <w:tr>
        <w:tc>
          <w:tcPr>
            <w:tcW w:type="dxa" w:w="2304"/>
          </w:tcPr>
          <w:p>
            <w:pPr>
              <w:spacing w:before="120" w:after="40"/>
            </w:pPr>
            <w:r>
              <w:rPr>
                <w:rFonts w:ascii="Calibri" w:hAnsi="Calibri"/>
                <w:b w:val="0"/>
                <w:i/>
                <w:color w:val="6B707A"/>
                <w:sz w:val="19"/>
              </w:rPr>
              <w:t>[JJJJ]</w:t>
            </w:r>
          </w:p>
        </w:tc>
        <w:tc>
          <w:tcPr>
            <w:tcW w:type="dxa" w:w="7344"/>
          </w:tcPr>
          <w:p>
            <w:pPr>
              <w:spacing w:before="120" w:after="40" w:line="269" w:lineRule="auto"/>
            </w:pPr>
            <w:r>
              <w:rPr>
                <w:rFonts w:ascii="Calibri" w:hAnsi="Calibri"/>
                <w:b/>
                <w:i w:val="0"/>
                <w:color w:val="11141A"/>
                <w:sz w:val="21"/>
              </w:rPr>
              <w:t>[Projektname]</w:t>
            </w:r>
          </w:p>
          <w:p>
            <w:pPr>
              <w:spacing w:before="0" w:after="40" w:line="269" w:lineRule="auto"/>
            </w:pPr>
            <w:r>
              <w:rPr>
                <w:rFonts w:ascii="Calibri" w:hAnsi="Calibri"/>
                <w:b w:val="0"/>
                <w:i w:val="0"/>
                <w:color w:val="11141A"/>
                <w:sz w:val="21"/>
              </w:rPr>
              <w:t>[Was du gebaut hast + Link, den man öffnen kann]</w:t>
            </w:r>
          </w:p>
        </w:tc>
      </w:tr>
    </w:tbl>
    <w:p>
      <w:pPr>
        <w:spacing w:before="240" w:after="60"/>
        <w:pBdr>
          <w:bottom w:val="single" w:sz="6" w:space="2" w:color="AAAAAA"/>
        </w:pBdr>
      </w:pPr>
      <w:r>
        <w:rPr>
          <w:rFonts w:ascii="Calibri" w:hAnsi="Calibri"/>
          <w:b/>
          <w:i w:val="0"/>
          <w:color w:val="3A6B00"/>
          <w:sz w:val="22"/>
        </w:rPr>
        <w:t>AUSBILDUNG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304"/>
        <w:gridCol w:w="7344"/>
      </w:tblGrid>
      <w:tr>
        <w:tc>
          <w:tcPr>
            <w:tcW w:type="dxa" w:w="2304"/>
          </w:tcPr>
          <w:p>
            <w:pPr>
              <w:spacing w:before="120" w:after="40"/>
            </w:pPr>
            <w:r>
              <w:rPr>
                <w:rFonts w:ascii="Calibri" w:hAnsi="Calibri"/>
                <w:b w:val="0"/>
                <w:i/>
                <w:color w:val="6B707A"/>
                <w:sz w:val="19"/>
              </w:rPr>
              <w:t>[MM/JJJJ – MM/JJJJ]</w:t>
            </w:r>
          </w:p>
        </w:tc>
        <w:tc>
          <w:tcPr>
            <w:tcW w:type="dxa" w:w="7344"/>
          </w:tcPr>
          <w:p>
            <w:pPr>
              <w:spacing w:before="120" w:after="40" w:line="269" w:lineRule="auto"/>
            </w:pPr>
            <w:r>
              <w:rPr>
                <w:rFonts w:ascii="Calibri" w:hAnsi="Calibri"/>
                <w:b/>
                <w:i w:val="0"/>
                <w:color w:val="11141A"/>
                <w:sz w:val="21"/>
              </w:rPr>
              <w:t>[Abschluss, Fachrichtung]</w:t>
            </w:r>
          </w:p>
          <w:p>
            <w:pPr>
              <w:spacing w:before="0" w:after="40" w:line="269" w:lineRule="auto"/>
            </w:pPr>
            <w:r>
              <w:rPr>
                <w:rFonts w:ascii="Calibri" w:hAnsi="Calibri"/>
                <w:b w:val="0"/>
                <w:i w:val="0"/>
                <w:color w:val="11141A"/>
                <w:sz w:val="21"/>
              </w:rPr>
              <w:t>[Hochschule/Schule, Ort]</w:t>
            </w:r>
          </w:p>
          <w:p>
            <w:pPr>
              <w:spacing w:before="0" w:after="40" w:line="269" w:lineRule="auto"/>
            </w:pPr>
            <w:r>
              <w:rPr>
                <w:rFonts w:ascii="Calibri" w:hAnsi="Calibri"/>
                <w:b w:val="0"/>
                <w:i w:val="0"/>
                <w:color w:val="11141A"/>
                <w:sz w:val="21"/>
              </w:rPr>
              <w:t>[Note / Schwerpunkt, falls relevant]</w:t>
            </w:r>
          </w:p>
        </w:tc>
      </w:tr>
    </w:tbl>
    <w:p>
      <w:pPr>
        <w:spacing w:before="240" w:after="60"/>
        <w:pBdr>
          <w:bottom w:val="single" w:sz="6" w:space="2" w:color="AAAAAA"/>
        </w:pBdr>
      </w:pPr>
      <w:r>
        <w:rPr>
          <w:rFonts w:ascii="Calibri" w:hAnsi="Calibri"/>
          <w:b/>
          <w:i w:val="0"/>
          <w:color w:val="3A6B00"/>
          <w:sz w:val="22"/>
        </w:rPr>
        <w:t>KENNTNISSE &amp; SPRACHEN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304"/>
        <w:gridCol w:w="7344"/>
      </w:tblGrid>
      <w:tr>
        <w:tc>
          <w:tcPr>
            <w:tcW w:type="dxa" w:w="2304"/>
          </w:tcPr>
          <w:p>
            <w:pPr>
              <w:spacing w:before="120" w:after="40"/>
            </w:pPr>
            <w:r>
              <w:rPr>
                <w:rFonts w:ascii="Calibri" w:hAnsi="Calibri"/>
                <w:b w:val="0"/>
                <w:i/>
                <w:color w:val="6B707A"/>
                <w:sz w:val="19"/>
              </w:rPr>
              <w:t>Sprachen</w:t>
            </w:r>
          </w:p>
        </w:tc>
        <w:tc>
          <w:tcPr>
            <w:tcW w:type="dxa" w:w="7344"/>
          </w:tcPr>
          <w:p>
            <w:pPr>
              <w:spacing w:before="120" w:after="40" w:line="269" w:lineRule="auto"/>
            </w:pPr>
            <w:r>
              <w:rPr>
                <w:rFonts w:ascii="Calibri" w:hAnsi="Calibri"/>
                <w:b w:val="0"/>
                <w:i w:val="0"/>
                <w:color w:val="11141A"/>
                <w:sz w:val="21"/>
              </w:rPr>
              <w:t>[Deutsch — B2] · [Englisch — C1] (Niveau nach GER: A1–C2)</w:t>
            </w:r>
          </w:p>
        </w:tc>
      </w:tr>
      <w:tr>
        <w:tc>
          <w:tcPr>
            <w:tcW w:type="dxa" w:w="2304"/>
          </w:tcPr>
          <w:p>
            <w:pPr>
              <w:spacing w:before="120" w:after="40"/>
            </w:pPr>
            <w:r>
              <w:rPr>
                <w:rFonts w:ascii="Calibri" w:hAnsi="Calibri"/>
                <w:b w:val="0"/>
                <w:i/>
                <w:color w:val="6B707A"/>
                <w:sz w:val="19"/>
              </w:rPr>
              <w:t>IT / Tools</w:t>
            </w:r>
          </w:p>
        </w:tc>
        <w:tc>
          <w:tcPr>
            <w:tcW w:type="dxa" w:w="7344"/>
          </w:tcPr>
          <w:p>
            <w:pPr>
              <w:spacing w:before="120" w:after="40" w:line="269" w:lineRule="auto"/>
            </w:pPr>
            <w:r>
              <w:rPr>
                <w:rFonts w:ascii="Calibri" w:hAnsi="Calibri"/>
                <w:b w:val="0"/>
                <w:i w:val="0"/>
                <w:color w:val="11141A"/>
                <w:sz w:val="21"/>
              </w:rPr>
              <w:t>[z. B. Python, SQL, Excel, Git]</w:t>
            </w:r>
          </w:p>
        </w:tc>
      </w:tr>
    </w:tbl>
    <w:p>
      <w:pPr>
        <w:spacing w:before="280" w:after="40"/>
      </w:pPr>
      <w:r>
        <w:rPr>
          <w:rFonts w:ascii="Calibri" w:hAnsi="Calibri"/>
          <w:b w:val="0"/>
          <w:i w:val="0"/>
          <w:color w:val="6B707A"/>
          <w:sz w:val="20"/>
        </w:rPr>
        <w:t>[Ort], [TT.MM.JJJJ]</w:t>
      </w:r>
    </w:p>
    <w:p>
      <w:pPr>
        <w:spacing w:before="0" w:after="0"/>
      </w:pPr>
      <w:r>
        <w:rPr>
          <w:rFonts w:ascii="Calibri" w:hAnsi="Calibri"/>
          <w:b w:val="0"/>
          <w:i w:val="0"/>
          <w:color w:val="6B707A"/>
          <w:sz w:val="20"/>
        </w:rPr>
        <w:t>[Unterschrift]</w:t>
      </w:r>
    </w:p>
    <w:p>
      <w:pPr>
        <w:spacing w:before="320" w:after="0"/>
      </w:pPr>
      <w:r>
        <w:rPr>
          <w:rFonts w:ascii="Calibri" w:hAnsi="Calibri"/>
          <w:b w:val="0"/>
          <w:i w:val="0"/>
          <w:color w:val="6B707A"/>
          <w:sz w:val="17"/>
        </w:rPr>
        <w:t>Free template from the ProoV Journal</w:t>
      </w:r>
    </w:p>
    <w:p>
      <w:pPr>
        <w:spacing w:before="0" w:after="0"/>
      </w:pPr>
      <w:r>
        <w:rPr>
          <w:rFonts w:ascii="Calibri" w:hAnsi="Calibri"/>
          <w:b w:val="0"/>
          <w:i w:val="0"/>
          <w:color w:val="6B707A"/>
          <w:sz w:val="17"/>
        </w:rPr>
        <w:t>Do a real project, earn a verifiable certificate, and give this CV something worth reading.</w:t>
      </w:r>
    </w:p>
    <w:sectPr w:rsidR="00FC693F" w:rsidRPr="0006063C" w:rsidSect="00034616"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1141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